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ומונחי יסוד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מטפורה והאנשה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 יסוד בספרות כמו עלילה ודמות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עצמאית של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מונחים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עם מילה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(תיאור חפץ כאילו הוא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(סדר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(אדם הפועל בתוך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שלו ממטפורה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מטפורה היא השוואה סמויה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עלילה היא סדר האירועים, לא רשימת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דמויות מתפתחות לאורך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המונח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שלבים בזיהוי אמצעי ספרותי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יש מילת דימוי כמו "כמו"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אין מילת דימוי אך יש השוואה - זו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מתואר חפץ או בעל חיים כבן אדם - זו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את שם האמצעי הספרותי שמצאתם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דימוי כמו "כמו" והשוואה ברורה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תופעת הטבע מתוארת כבעלת פעולה אנושית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דימוי, מטפורה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שבה חפץ או בעל חיים מתואר כאדם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כתחרות קבוצתית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דוגמאות נוספות מהיצירות שנלמדו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להקריא משפט אחד בקול לכל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ומונחי יסוד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המונחים והמשחקים שמופיעים בפרק המשחקים של האתר - זיהוי אמצעים ספרותיים, התאמת מונחים והבנת מבנה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"העצים רקדו ברוח" -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"הוא חזק כמו אריה" -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"ליבו אבן" -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אמצעי יוצר השוואה בלי מילת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מונחים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עם מילה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הפועל בתוך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חפץ כאילו הוא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כולל מילה כמו "כמו" או "כאילו"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מטפורה היא השוואה גלויה עם מילת דימוי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מתארת חפץ או בעל חיים כמו בן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רשימת הדמויות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דמות יכולה להשתנות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המונח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"השמש חייכה אלינו"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"עיניה נצצו כמו יהלומים"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סדר האירועים ברצף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או יצור הפועל בתוך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"זמן הוא כסף" הוא דוגמה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שלבים בזיהוי אמצעי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מילת דימוי כמו "כמו"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מתואר חפץ או בעל חיים כבן אדם - זו האנשה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האמצעי הספרותי שמצאתם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מילת דימוי אך יש השוואה - זו מטפורה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דימוי, והסבירו מה משווים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שיש בו האנשה על תופעת טבע כמו רוח, גשם או שמש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להאנשה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ספרותיים ומונחי יסוד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