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ספרותיים ומונחי יסוד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דימוי, מטפורה והאנשה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מונחי יסוד בספרות כמו עלילה ודמות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יצירה עצמאית של אמצעים ספרותיים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אמצעים ספרותיים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מטפורה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מטפורה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מונחים להגדרות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(השוואה עם מילה כמו "כמו")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(השוואה בלי מילת דימוי)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(תיאור חפץ כאילו הוא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(סדר האירועים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(אדם הפועל בתוך הסיפור)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ההבדל שלו ממטפורה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מטפורה היא השוואה סמויה בלי מילת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עלילה היא סדר האירועים, לא רשימת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דמויות מתפתחות לאורך העלילה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המונח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מטפורה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שלבים בזיהוי אמצעי ספרותי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המשפט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בדקו אם יש מילת דימוי כמו "כמו"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אם אין מילת דימוי אך יש השוואה - זו מטפורה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מתואר חפץ או בעל חיים כבן אדם - זו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כתבו את שם האמצעי הספרותי שמצאתם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עם מילת דימוי כמו "כמו" והשוואה ברורה בין שני 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שבו תופעת הטבע מתוארת כבעלת פעולה אנושית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כולל מילת דימוי, מטפורה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שבה חפץ או בעל חיים מתואר כאדם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סדר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ההתאמה כתחרות קבוצתית בעל פה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דוגמאות נוספות מהיצירות שנלמדו בכיתה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לבקש מהתלמידים להקריא משפט אחד בקול לכל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ספרותיים ומונחי יסוד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חשובות בספרות, כמו דימוי ומטפורה, ונתרגל אותן לבד.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עם מילה כמו "כמו" או "כאילו"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בלי מילת דימוי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חפץ או בעל חיים כאילו הוא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האירועים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או יצור הפועל בתוך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תכונה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מאפיין של דמות, למשל אומץ או פחד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יוצר/ת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שכתב את היצירה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מונח ספרותי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מקצועית שמתארת כלי בכתיבה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אמצעים ספרותיים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אמצעי יש במשפט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יש כאן מילת "כמו" - 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אין מילת דימוי - אז 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שם ההשוואה הסמויה?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חרוז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קצב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מונחים להגדרות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אדם הפועל בתוך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תיאור חפץ כאילו הוא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סדר האירועים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השוואה עם מילה כמו "כמו"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השוואה בלי מילת דימוי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תמיד כולל מילה כמו "כמו" או "כאילו"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מטפורה היא השוואה גלויה עם מילת דימוי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האנשה מתארת חפץ או בעל חיים כמו בן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עלילה היא רשימת הדמויות ביצירה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תכונה של דמות יכולה להשתנות במהלך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המונח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"השמש חייכה אלינו" הוא דוגמה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"עיניה נצצו כמו יהלומים" הוא דוגמה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סדר האירועים ברצף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אדם או יצור הפועל בתוך הסיפור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"זמן הוא כסף" הוא דוגמה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שלבים בזיהוי אמצעי ספרותי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שם האמצעי הספרותי שמצאתם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אין מילת דימוי אך יש השוואה - זו מטפורה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מתואר חפץ או בעל חיים כבן אדם - זו האנשה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אם יש מילת דימוי כמו "כמו"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המשפט בעיון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דימוי, והסבירו מה משווים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שיש בו האנשה על תופעת טבע כמו רוח, גשם או שמש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דימוי למטפורה?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להאנשה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עלילה?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אמצעים ספרותיים ומונחי יסוד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