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מטפורה והאנשה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 יסוד בספרות כמו עלילה ודמות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יצירה עצמאית של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(תיאור חפץ כאילו הוא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(סדר האירועים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שלו ממטפורה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המונח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שלבים בזיהוי אמצעי ספרותי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יש מילת דימוי כמו "כמו"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אין מילת דימוי אך יש השוואה - זו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מתואר חפץ או בעל חיים כבן אדם - זו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 "כמו" והשוואה ברורה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דימוי,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שבה חפץ או בעל חיים מתואר כאדם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כתחרות קבוצתית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נוספות מהיצירות שנלמדו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להקריא משפט אחד בקול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ספרותיים ומונחי יסוד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המונחים והמשחקים שמופיעים בפרק המשחקים של האתר - זיהוי אמצעים ספרותיים, התאמת מונחים והבנת מבנה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האנשה  ·  עלילה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"העצים רקדו ברוח" -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"הוא חזק כמו אריה" -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סדר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תיאור חפץ כאילו הוא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תמיד כולל מילה כמו "כמו" או "כאילו"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האנשה מתארת חפץ או בעל חיים כמו בן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המונח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"השמש חייכה אלינו"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סדר האירועים ברצף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שלבים בזיהוי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אין מילת דימוי אך יש השוואה - זו מטפורה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מתואר חפץ או בעל חיים כבן אדם - זו האנשה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המשפט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יש מילת דימוי כמו "כמו"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דימוי, והסבירו מה משווים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ספרותיים ומונחי יסוד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